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[公司名稱] 有限公司</w:t>
        <w:br/>
        <w:t>[Your Company Name] Limited</w:t>
      </w:r>
    </w:p>
    <w:p>
      <w:r>
        <w:t>地址 Address：</w:t>
        <w:br/>
        <w:t>電話 Tel／電郵 Email：</w:t>
        <w:br/>
        <w:t>商業登記號碼 BR No.：</w:t>
      </w:r>
    </w:p>
    <w:p>
      <w:pPr>
        <w:jc w:val="center"/>
      </w:pPr>
      <w:r>
        <w:rPr>
          <w:b/>
          <w:color w:val="0073EA"/>
          <w:sz w:val="40"/>
        </w:rPr>
        <w:t>發票　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客戶 Bill To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發票編號 Invoice No.</w:t>
            </w:r>
          </w:p>
        </w:tc>
        <w:tc>
          <w:tcPr>
            <w:tcW w:type="dxa" w:w="2493"/>
          </w:tcPr>
          <w:p>
            <w:r>
              <w:t>INV-2026-001</w:t>
            </w:r>
          </w:p>
        </w:tc>
      </w:tr>
      <w:tr>
        <w:tc>
          <w:tcPr>
            <w:tcW w:type="dxa" w:w="2493"/>
          </w:tcPr>
          <w:p>
            <w:r>
              <w:t>聯絡人 Attn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發票日期 Date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地址 Address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到期日 Due Date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電郵 Email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報價單／訂單編號 Quotation / PO No.</w:t>
            </w:r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</w:rPr>
              <w:t>項目 No.</w:t>
            </w:r>
          </w:p>
        </w:tc>
        <w:tc>
          <w:tcPr>
            <w:tcW w:type="dxa" w:w="1662"/>
          </w:tcPr>
          <w:p>
            <w:r/>
            <w:r>
              <w:rPr>
                <w:b/>
              </w:rPr>
              <w:t>內容 Description</w:t>
            </w:r>
          </w:p>
        </w:tc>
        <w:tc>
          <w:tcPr>
            <w:tcW w:type="dxa" w:w="1662"/>
          </w:tcPr>
          <w:p>
            <w:r/>
            <w:r>
              <w:rPr>
                <w:b/>
              </w:rPr>
              <w:t>數量 Qty</w:t>
            </w:r>
          </w:p>
        </w:tc>
        <w:tc>
          <w:tcPr>
            <w:tcW w:type="dxa" w:w="1662"/>
          </w:tcPr>
          <w:p>
            <w:r/>
            <w:r>
              <w:rPr>
                <w:b/>
              </w:rPr>
              <w:t>單位 Unit</w:t>
            </w:r>
          </w:p>
        </w:tc>
        <w:tc>
          <w:tcPr>
            <w:tcW w:type="dxa" w:w="1662"/>
          </w:tcPr>
          <w:p>
            <w:r/>
            <w:r>
              <w:rPr>
                <w:b/>
              </w:rPr>
              <w:t>單價 Unit Price</w:t>
            </w:r>
          </w:p>
        </w:tc>
        <w:tc>
          <w:tcPr>
            <w:tcW w:type="dxa" w:w="1662"/>
          </w:tcPr>
          <w:p>
            <w:r/>
            <w:r>
              <w:rPr>
                <w:b/>
              </w:rPr>
              <w:t>金額 Amount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4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5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6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7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8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小計 Subtotal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折扣 Discount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總額 Total (HKD)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已收訂金 Deposit Received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付款方式 Payment Details</w:t>
      </w:r>
    </w:p>
    <w:p>
      <w:r>
        <w:t>□ 銀行轉帳 Bank Transfer：銀行 Bank＿＿＿＿　戶口名稱 Account Name＿＿＿＿　戶口號碼 Account No.＿＿＿＿</w:t>
      </w:r>
    </w:p>
    <w:p>
      <w:r>
        <w:t>□ 轉數快 FPS：識別碼／電話／電郵 FPS ID / Phone / Email＿＿＿＿＿＿</w:t>
      </w:r>
    </w:p>
    <w:p>
      <w:r>
        <w:t>□ 支票 Cheque：抬頭請寫「＿＿＿＿＿＿ 有限公司」 Payable to "＿＿＿＿＿ Limited"</w:t>
      </w:r>
    </w:p>
    <w:p>
      <w:r>
        <w:t>付款時請註明發票編號。Please quote the Invoice No. in your payment reference.</w:t>
      </w:r>
    </w:p>
    <w:p>
      <w:r>
        <w:rPr>
          <w:b/>
        </w:rPr>
        <w:t>付款條款 Terms</w:t>
      </w:r>
    </w:p>
    <w:p>
      <w:r>
        <w:t>1. 請於發票日期起 30 日內付款。Payment is due within 30 days of the invoice date.</w:t>
      </w:r>
    </w:p>
    <w:p>
      <w:r>
        <w:t>2. 如有任何疑問，請於收到發票 7 日內聯絡我們。Please contact us within 7 days if there is any discrepancy.</w:t>
      </w:r>
    </w:p>
    <w:p/>
    <w:p>
      <w:r>
        <w:t>授權簽署／公司印章 Authorized Signature / Company Chop：＿＿＿＿＿＿＿＿＿＿</w:t>
      </w:r>
    </w:p>
    <w:p>
      <w:r>
        <w:rPr>
          <w:color w:val="999999"/>
          <w:sz w:val="16"/>
        </w:rPr>
        <w:t>Gadget Memo 製作｜gadgetmemo.com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